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A0776" w14:textId="77777777" w:rsidR="00DC5806" w:rsidRPr="00A336CD" w:rsidRDefault="00DA7E5C">
      <w:pPr>
        <w:spacing w:after="180"/>
        <w:jc w:val="center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b/>
          <w:sz w:val="24"/>
          <w:szCs w:val="24"/>
        </w:rPr>
        <w:t>FORMULARZ ZGŁOSZENIOWY</w:t>
      </w:r>
    </w:p>
    <w:p w14:paraId="2A8D3474" w14:textId="77777777" w:rsidR="00DC5806" w:rsidRPr="00A336CD" w:rsidRDefault="00DA7E5C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b/>
          <w:sz w:val="24"/>
          <w:szCs w:val="24"/>
        </w:rPr>
        <w:t>udział w zadaniu „Gmina Rzeczyca łapie deszcz”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C5806" w:rsidRPr="00A336CD" w14:paraId="61636935" w14:textId="77777777">
        <w:trPr>
          <w:jc w:val="center"/>
        </w:trPr>
        <w:tc>
          <w:tcPr>
            <w:tcW w:w="9972" w:type="dxa"/>
            <w:gridSpan w:val="2"/>
            <w:shd w:val="clear" w:color="auto" w:fill="EDEDED"/>
          </w:tcPr>
          <w:p w14:paraId="0621FFEA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DANE WNIOSKODAWCY</w:t>
            </w:r>
          </w:p>
        </w:tc>
      </w:tr>
      <w:tr w:rsidR="00DC5806" w:rsidRPr="00A336CD" w14:paraId="4D0655AF" w14:textId="77777777" w:rsidTr="00782FDF">
        <w:trPr>
          <w:jc w:val="center"/>
        </w:trPr>
        <w:tc>
          <w:tcPr>
            <w:tcW w:w="4986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7EEBF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Wypełnia Urząd – nr wniosku</w:t>
            </w:r>
          </w:p>
        </w:tc>
        <w:tc>
          <w:tcPr>
            <w:tcW w:w="4986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EDCB8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806" w:rsidRPr="00A336CD" w14:paraId="14E626E9" w14:textId="77777777" w:rsidTr="00782FDF">
        <w:trPr>
          <w:jc w:val="center"/>
        </w:trPr>
        <w:tc>
          <w:tcPr>
            <w:tcW w:w="4986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2086C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Data i godzina wpływu</w:t>
            </w:r>
          </w:p>
        </w:tc>
        <w:tc>
          <w:tcPr>
            <w:tcW w:w="4986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D5A6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806" w:rsidRPr="00A336CD" w14:paraId="252CDB29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F77CF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wnioskodawcy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1EC2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806" w:rsidRPr="00A336CD" w14:paraId="3E4C971C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06FD6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Adres zamieszkania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F4A91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806" w:rsidRPr="00A336CD" w14:paraId="2047C82A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DDF85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Adres do korespondencji (jeśli inny)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4BCB2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806" w:rsidRPr="00A336CD" w14:paraId="5938E436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6C261" w14:textId="1B9C3A25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Telefon / e-mail 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BFC3F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97D7F6" w14:textId="77777777" w:rsidR="00DC5806" w:rsidRPr="00A336CD" w:rsidRDefault="00DC58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C5806" w:rsidRPr="00A336CD" w14:paraId="010121CF" w14:textId="77777777">
        <w:trPr>
          <w:jc w:val="center"/>
        </w:trPr>
        <w:tc>
          <w:tcPr>
            <w:tcW w:w="9972" w:type="dxa"/>
            <w:gridSpan w:val="2"/>
            <w:shd w:val="clear" w:color="auto" w:fill="EDEDED"/>
          </w:tcPr>
          <w:p w14:paraId="3A44EB3C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NIERUCHOMOŚĆ, NA KTÓREJ BĘDZIE UŻYTKOWANY ZBIORNIK</w:t>
            </w:r>
          </w:p>
        </w:tc>
      </w:tr>
      <w:tr w:rsidR="00DC5806" w:rsidRPr="00A336CD" w14:paraId="655C97EA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AC0D7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Adres nieruchomości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4CC41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806" w:rsidRPr="00A336CD" w14:paraId="629B0567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CDA4E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Numer działki ewidencyjnej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FA433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806" w:rsidRPr="00A336CD" w14:paraId="3A75D45C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B2831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Miejscowość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1CF98" w14:textId="77777777" w:rsidR="00DC5806" w:rsidRPr="00A336CD" w:rsidRDefault="00DC5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806" w:rsidRPr="00A336CD" w14:paraId="11B458B5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0949A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Tytuł prawny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1C736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sz w:val="24"/>
                <w:szCs w:val="24"/>
              </w:rPr>
              <w:t>[ ] własność   [ ] współwłasność   [ ] inny: ................................................</w:t>
            </w:r>
          </w:p>
        </w:tc>
      </w:tr>
      <w:tr w:rsidR="00DC5806" w:rsidRPr="00A336CD" w14:paraId="29BEEE54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BD56B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b/>
                <w:sz w:val="24"/>
                <w:szCs w:val="24"/>
              </w:rPr>
              <w:t>Budynek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75685" w14:textId="77777777" w:rsidR="00DC5806" w:rsidRPr="00A336CD" w:rsidRDefault="00DA7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sz w:val="24"/>
                <w:szCs w:val="24"/>
              </w:rPr>
              <w:t>[ ] budynek mieszkalny jednorodzinny</w:t>
            </w:r>
          </w:p>
        </w:tc>
      </w:tr>
    </w:tbl>
    <w:p w14:paraId="1CC9E755" w14:textId="77777777" w:rsidR="00DC5806" w:rsidRPr="00A336CD" w:rsidRDefault="00DC5806">
      <w:pPr>
        <w:rPr>
          <w:rFonts w:ascii="Times New Roman" w:hAnsi="Times New Roman" w:cs="Times New Roman"/>
          <w:sz w:val="24"/>
          <w:szCs w:val="24"/>
        </w:rPr>
      </w:pPr>
    </w:p>
    <w:p w14:paraId="08BC610E" w14:textId="77777777" w:rsidR="00DC5806" w:rsidRPr="00A336CD" w:rsidRDefault="00DA7E5C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ZGŁOSZENIE</w:t>
      </w:r>
    </w:p>
    <w:p w14:paraId="3DE3F9E7" w14:textId="44434F45" w:rsidR="00DC5806" w:rsidRPr="00A336CD" w:rsidRDefault="00DA7E5C" w:rsidP="00782FDF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 xml:space="preserve">Zgłaszam chęć udziału w zadaniu pn. „Gmina Rzeczyca łapie deszcz” realizowanym w programie „Łódzkie łapie deszcz” i wnoszę o nieodpłatne użyczenie naziemnego zbiornika na wodę opadową o pojemności 500 l, zgodnie z typem </w:t>
      </w:r>
      <w:r w:rsidR="00E256EC">
        <w:rPr>
          <w:rFonts w:ascii="Times New Roman" w:hAnsi="Times New Roman" w:cs="Times New Roman"/>
          <w:sz w:val="24"/>
          <w:szCs w:val="24"/>
        </w:rPr>
        <w:t>zakupionym</w:t>
      </w:r>
      <w:r w:rsidRPr="00A336CD">
        <w:rPr>
          <w:rFonts w:ascii="Times New Roman" w:hAnsi="Times New Roman" w:cs="Times New Roman"/>
          <w:sz w:val="24"/>
          <w:szCs w:val="24"/>
        </w:rPr>
        <w:t xml:space="preserve"> przez Gminę.</w:t>
      </w:r>
    </w:p>
    <w:p w14:paraId="6DF6E603" w14:textId="77777777" w:rsidR="00DC5806" w:rsidRPr="00A336CD" w:rsidRDefault="00DA7E5C" w:rsidP="00782FDF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Oświadczam, że przy wskazanym budynku istnieje możliwość ustawienia zbiornika i podłączenia go do systemu odprowadzania wody opadowej.</w:t>
      </w:r>
    </w:p>
    <w:p w14:paraId="33E2EBCA" w14:textId="77777777" w:rsidR="00DC5806" w:rsidRPr="00A336CD" w:rsidRDefault="00DA7E5C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OŚWIADCZENIA WNIOSKODAWCY</w:t>
      </w:r>
    </w:p>
    <w:p w14:paraId="237C7109" w14:textId="77777777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 ] jestem mieszkańcem Gminy Rzeczyca;</w:t>
      </w:r>
    </w:p>
    <w:p w14:paraId="78093923" w14:textId="77777777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 ] wskazana nieruchomość znajduje się na terenie Gminy Rzeczyca i jest zabudowana budynkiem mieszkalnym jednorodzinnym;</w:t>
      </w:r>
    </w:p>
    <w:p w14:paraId="14E1EFE0" w14:textId="56C04AFD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lastRenderedPageBreak/>
        <w:t>[</w:t>
      </w:r>
      <w:r w:rsidR="00177E57">
        <w:rPr>
          <w:rFonts w:ascii="Times New Roman" w:hAnsi="Times New Roman" w:cs="Times New Roman"/>
          <w:sz w:val="24"/>
          <w:szCs w:val="24"/>
        </w:rPr>
        <w:t xml:space="preserve"> </w:t>
      </w:r>
      <w:r w:rsidRPr="00A336CD">
        <w:rPr>
          <w:rFonts w:ascii="Times New Roman" w:hAnsi="Times New Roman" w:cs="Times New Roman"/>
          <w:sz w:val="24"/>
          <w:szCs w:val="24"/>
        </w:rPr>
        <w:t xml:space="preserve">] posiadam tytuł prawny do nieruchomości lub załączam wymaganą zgodę </w:t>
      </w:r>
      <w:r w:rsidR="00177E57">
        <w:rPr>
          <w:rFonts w:ascii="Times New Roman" w:hAnsi="Times New Roman" w:cs="Times New Roman"/>
          <w:sz w:val="24"/>
          <w:szCs w:val="24"/>
        </w:rPr>
        <w:br/>
      </w:r>
      <w:r w:rsidRPr="00A336CD">
        <w:rPr>
          <w:rFonts w:ascii="Times New Roman" w:hAnsi="Times New Roman" w:cs="Times New Roman"/>
          <w:sz w:val="24"/>
          <w:szCs w:val="24"/>
        </w:rPr>
        <w:t>właściciela/współwłaścicieli;</w:t>
      </w:r>
    </w:p>
    <w:p w14:paraId="3ABC171A" w14:textId="2B9F7F54" w:rsidR="00DC5806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</w:t>
      </w:r>
      <w:r w:rsidR="006B79AD">
        <w:rPr>
          <w:rFonts w:ascii="Times New Roman" w:hAnsi="Times New Roman" w:cs="Times New Roman"/>
          <w:sz w:val="24"/>
          <w:szCs w:val="24"/>
        </w:rPr>
        <w:t xml:space="preserve"> </w:t>
      </w:r>
      <w:r w:rsidRPr="00A336CD">
        <w:rPr>
          <w:rFonts w:ascii="Times New Roman" w:hAnsi="Times New Roman" w:cs="Times New Roman"/>
          <w:sz w:val="24"/>
          <w:szCs w:val="24"/>
        </w:rPr>
        <w:t xml:space="preserve"> ] na wskazany budynek mieszkalny jednorodzinny nie przyznano wcześniej zbiornika w ramach tego naboru i nie został złożony inny wniosek, o którym mi wiadomo;</w:t>
      </w:r>
    </w:p>
    <w:p w14:paraId="448EEC54" w14:textId="6831DA3B" w:rsidR="00802D7E" w:rsidRPr="00802D7E" w:rsidRDefault="00802D7E" w:rsidP="00802D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  ] </w:t>
      </w:r>
      <w:r w:rsidRPr="00802D7E">
        <w:rPr>
          <w:rFonts w:ascii="Times New Roman" w:hAnsi="Times New Roman" w:cs="Times New Roman"/>
          <w:sz w:val="24"/>
          <w:szCs w:val="24"/>
        </w:rPr>
        <w:t>nie zalega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02D7E">
        <w:rPr>
          <w:rFonts w:ascii="Times New Roman" w:hAnsi="Times New Roman" w:cs="Times New Roman"/>
          <w:sz w:val="24"/>
          <w:szCs w:val="24"/>
        </w:rPr>
        <w:t xml:space="preserve"> w opłatach za: śmieci, podatek rolny, wodę oraz ścieki;</w:t>
      </w:r>
    </w:p>
    <w:p w14:paraId="5CCF1929" w14:textId="2A09AF7E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 xml:space="preserve">[ ] zbiornik będzie wykorzystywany wyłącznie na własne potrzeby gospodarstwa domowego </w:t>
      </w:r>
      <w:r w:rsidR="00177E57">
        <w:rPr>
          <w:rFonts w:ascii="Times New Roman" w:hAnsi="Times New Roman" w:cs="Times New Roman"/>
          <w:sz w:val="24"/>
          <w:szCs w:val="24"/>
        </w:rPr>
        <w:br/>
      </w:r>
      <w:r w:rsidRPr="00A336CD">
        <w:rPr>
          <w:rFonts w:ascii="Times New Roman" w:hAnsi="Times New Roman" w:cs="Times New Roman"/>
          <w:sz w:val="24"/>
          <w:szCs w:val="24"/>
        </w:rPr>
        <w:t>i przydomowego ogrodu, a nie do działalności gospodarczej ani komercyjnej produkcji rolnej;</w:t>
      </w:r>
    </w:p>
    <w:p w14:paraId="10051622" w14:textId="509E379C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 xml:space="preserve">[ ] zobowiązuję się do zawarcia umowy użyczenia, wykonania montażu we własnym zakresie </w:t>
      </w:r>
      <w:r w:rsidR="00177E57">
        <w:rPr>
          <w:rFonts w:ascii="Times New Roman" w:hAnsi="Times New Roman" w:cs="Times New Roman"/>
          <w:sz w:val="24"/>
          <w:szCs w:val="24"/>
        </w:rPr>
        <w:br/>
      </w:r>
      <w:r w:rsidRPr="00A336CD">
        <w:rPr>
          <w:rFonts w:ascii="Times New Roman" w:hAnsi="Times New Roman" w:cs="Times New Roman"/>
          <w:sz w:val="24"/>
          <w:szCs w:val="24"/>
        </w:rPr>
        <w:t>i na własny koszt oraz użytkowania zbiornika co najmniej przez okres trwałości wskazany w umowie;</w:t>
      </w:r>
    </w:p>
    <w:p w14:paraId="2E2EE0D5" w14:textId="77777777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 ] umożliwię kontrolę sposobu użytkowania zbiornika przez Gminę i inne uprawnione instytucje zgodnie z warunkami projektu;</w:t>
      </w:r>
    </w:p>
    <w:p w14:paraId="577413FC" w14:textId="0B59997A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 xml:space="preserve">[ ] przyjmuję do wiadomości, że złożenie wniosku nie gwarantuje otrzymania zbiornika, a o przyznaniu decyduje </w:t>
      </w:r>
      <w:r w:rsidR="006B79AD">
        <w:rPr>
          <w:rFonts w:ascii="Times New Roman" w:hAnsi="Times New Roman" w:cs="Times New Roman"/>
          <w:sz w:val="24"/>
          <w:szCs w:val="24"/>
        </w:rPr>
        <w:t>losowanie</w:t>
      </w:r>
      <w:r w:rsidRPr="00A336CD">
        <w:rPr>
          <w:rFonts w:ascii="Times New Roman" w:hAnsi="Times New Roman" w:cs="Times New Roman"/>
          <w:sz w:val="24"/>
          <w:szCs w:val="24"/>
        </w:rPr>
        <w:t xml:space="preserve"> wniosków do wyczerpania dostępnej puli;</w:t>
      </w:r>
    </w:p>
    <w:p w14:paraId="1B2F84C3" w14:textId="77777777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 ] zapoznałem/am się z Regulaminem i akceptuję jego postanowienia;</w:t>
      </w:r>
    </w:p>
    <w:p w14:paraId="0904FAFE" w14:textId="77777777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 ] podane przeze mnie dane i oświadczenia są zgodne ze stanem faktycznym.</w:t>
      </w:r>
    </w:p>
    <w:p w14:paraId="1F1DA70F" w14:textId="77777777" w:rsidR="00DC5806" w:rsidRPr="00A336CD" w:rsidRDefault="00DA7E5C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ZAŁĄCZNIKI</w:t>
      </w:r>
    </w:p>
    <w:p w14:paraId="4F9EBA8C" w14:textId="77777777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 ] zgoda właściciela / współwłaścicieli nieruchomości – jeżeli dotyczy</w:t>
      </w:r>
    </w:p>
    <w:p w14:paraId="17676D5F" w14:textId="77777777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 ] pełnomocnictwo – jeżeli dotyczy</w:t>
      </w:r>
    </w:p>
    <w:p w14:paraId="75DB8730" w14:textId="77777777" w:rsidR="00DC5806" w:rsidRPr="00A336CD" w:rsidRDefault="00DA7E5C" w:rsidP="00782FDF">
      <w:pPr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[ ] inne: ............................................................................................................................</w:t>
      </w:r>
    </w:p>
    <w:p w14:paraId="01DE26B1" w14:textId="77777777" w:rsidR="00DC5806" w:rsidRPr="00A336CD" w:rsidRDefault="00DA7E5C" w:rsidP="00782FDF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t>Potwierdzam, że otrzymałem/am lub udostępniono mi klauzulę informacyjną dotyczącą przetwarzania danych osobowych w związku z realizacją zadania.</w:t>
      </w:r>
    </w:p>
    <w:p w14:paraId="427EF74B" w14:textId="77777777" w:rsidR="00DC5806" w:rsidRPr="00A336CD" w:rsidRDefault="00DA7E5C">
      <w:pPr>
        <w:rPr>
          <w:rFonts w:ascii="Times New Roman" w:hAnsi="Times New Roman" w:cs="Times New Roman"/>
          <w:sz w:val="24"/>
          <w:szCs w:val="24"/>
        </w:rPr>
      </w:pPr>
      <w:r w:rsidRPr="00A336CD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C5806" w:rsidRPr="00A336CD" w14:paraId="4B9E662D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1BE1CB6C" w14:textId="77777777" w:rsidR="00DC5806" w:rsidRPr="00A336CD" w:rsidRDefault="00DA7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</w:t>
            </w:r>
            <w:r w:rsidRPr="00A336CD">
              <w:rPr>
                <w:rFonts w:ascii="Times New Roman" w:hAnsi="Times New Roman" w:cs="Times New Roman"/>
                <w:sz w:val="24"/>
                <w:szCs w:val="24"/>
              </w:rPr>
              <w:br/>
              <w:t>data i miejscowość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4045AA2D" w14:textId="77777777" w:rsidR="00DC5806" w:rsidRPr="00A336CD" w:rsidRDefault="00DA7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6CD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</w:t>
            </w:r>
            <w:r w:rsidRPr="00A336CD">
              <w:rPr>
                <w:rFonts w:ascii="Times New Roman" w:hAnsi="Times New Roman" w:cs="Times New Roman"/>
                <w:sz w:val="24"/>
                <w:szCs w:val="24"/>
              </w:rPr>
              <w:br/>
              <w:t>czytelny podpis wnioskodawcy</w:t>
            </w:r>
          </w:p>
        </w:tc>
      </w:tr>
    </w:tbl>
    <w:p w14:paraId="16C2A06C" w14:textId="77777777" w:rsidR="00DA7E5C" w:rsidRPr="00782FDF" w:rsidRDefault="00DA7E5C">
      <w:pPr>
        <w:rPr>
          <w:rFonts w:ascii="Times New Roman" w:hAnsi="Times New Roman" w:cs="Times New Roman"/>
          <w:sz w:val="24"/>
          <w:szCs w:val="24"/>
        </w:rPr>
      </w:pPr>
    </w:p>
    <w:sectPr w:rsidR="00DA7E5C" w:rsidRPr="00782FD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134" w:bottom="1020" w:left="1134" w:header="652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A8334" w14:textId="77777777" w:rsidR="0077247E" w:rsidRPr="00A336CD" w:rsidRDefault="0077247E">
      <w:pPr>
        <w:spacing w:after="0" w:line="240" w:lineRule="auto"/>
      </w:pPr>
      <w:r w:rsidRPr="00A336CD">
        <w:separator/>
      </w:r>
    </w:p>
  </w:endnote>
  <w:endnote w:type="continuationSeparator" w:id="0">
    <w:p w14:paraId="776C3A30" w14:textId="77777777" w:rsidR="0077247E" w:rsidRPr="00A336CD" w:rsidRDefault="0077247E">
      <w:pPr>
        <w:spacing w:after="0" w:line="240" w:lineRule="auto"/>
      </w:pPr>
      <w:r w:rsidRPr="00A336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AB12" w14:textId="77777777" w:rsidR="0029146A" w:rsidRDefault="002914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13B3" w14:textId="77777777" w:rsidR="00DC5806" w:rsidRPr="00A336CD" w:rsidRDefault="00DC580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400D" w14:textId="77777777" w:rsidR="0029146A" w:rsidRDefault="002914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DAE18" w14:textId="77777777" w:rsidR="0077247E" w:rsidRPr="00A336CD" w:rsidRDefault="0077247E">
      <w:pPr>
        <w:spacing w:after="0" w:line="240" w:lineRule="auto"/>
      </w:pPr>
      <w:r w:rsidRPr="00A336CD">
        <w:separator/>
      </w:r>
    </w:p>
  </w:footnote>
  <w:footnote w:type="continuationSeparator" w:id="0">
    <w:p w14:paraId="72B7032A" w14:textId="77777777" w:rsidR="0077247E" w:rsidRPr="00A336CD" w:rsidRDefault="0077247E">
      <w:pPr>
        <w:spacing w:after="0" w:line="240" w:lineRule="auto"/>
      </w:pPr>
      <w:r w:rsidRPr="00A336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5B11A" w14:textId="77777777" w:rsidR="0029146A" w:rsidRDefault="002914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FECB" w14:textId="0B8AAF3B" w:rsidR="00DC5806" w:rsidRPr="00A336CD" w:rsidRDefault="00DA7E5C">
    <w:pPr>
      <w:pStyle w:val="Nagwek"/>
      <w:jc w:val="center"/>
    </w:pPr>
    <w:r w:rsidRPr="00A336CD">
      <w:drawing>
        <wp:inline distT="0" distB="0" distL="0" distR="0" wp14:anchorId="0DBF17CF" wp14:editId="7701170B">
          <wp:extent cx="630000" cy="781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000" cy="78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336CD">
      <w:t xml:space="preserve">        </w:t>
    </w:r>
    <w:r w:rsidR="0029146A">
      <w:drawing>
        <wp:inline distT="0" distB="0" distL="0" distR="0" wp14:anchorId="44758780" wp14:editId="02CD08BA">
          <wp:extent cx="3594710" cy="825500"/>
          <wp:effectExtent l="0" t="0" r="6350" b="0"/>
          <wp:docPr id="214680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654" cy="8289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8CAAB" w14:textId="77777777" w:rsidR="0029146A" w:rsidRDefault="002914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756C4E"/>
    <w:multiLevelType w:val="hybridMultilevel"/>
    <w:tmpl w:val="81F64E5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244148051">
    <w:abstractNumId w:val="8"/>
  </w:num>
  <w:num w:numId="2" w16cid:durableId="7490473">
    <w:abstractNumId w:val="6"/>
  </w:num>
  <w:num w:numId="3" w16cid:durableId="1756318097">
    <w:abstractNumId w:val="5"/>
  </w:num>
  <w:num w:numId="4" w16cid:durableId="1525709547">
    <w:abstractNumId w:val="4"/>
  </w:num>
  <w:num w:numId="5" w16cid:durableId="1092630140">
    <w:abstractNumId w:val="7"/>
  </w:num>
  <w:num w:numId="6" w16cid:durableId="1969554471">
    <w:abstractNumId w:val="3"/>
  </w:num>
  <w:num w:numId="7" w16cid:durableId="1707171175">
    <w:abstractNumId w:val="2"/>
  </w:num>
  <w:num w:numId="8" w16cid:durableId="302934154">
    <w:abstractNumId w:val="1"/>
  </w:num>
  <w:num w:numId="9" w16cid:durableId="1302464335">
    <w:abstractNumId w:val="0"/>
  </w:num>
  <w:num w:numId="10" w16cid:durableId="2002542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F4C"/>
    <w:rsid w:val="00010928"/>
    <w:rsid w:val="00034616"/>
    <w:rsid w:val="0006063C"/>
    <w:rsid w:val="0015074B"/>
    <w:rsid w:val="00177E57"/>
    <w:rsid w:val="0029146A"/>
    <w:rsid w:val="0029639D"/>
    <w:rsid w:val="003079CB"/>
    <w:rsid w:val="00326F90"/>
    <w:rsid w:val="004040B2"/>
    <w:rsid w:val="004347DC"/>
    <w:rsid w:val="00447CA0"/>
    <w:rsid w:val="006B79AD"/>
    <w:rsid w:val="0077247E"/>
    <w:rsid w:val="00782FDF"/>
    <w:rsid w:val="00785DE0"/>
    <w:rsid w:val="00802D7E"/>
    <w:rsid w:val="009C1F1E"/>
    <w:rsid w:val="00A336CD"/>
    <w:rsid w:val="00AA1D8D"/>
    <w:rsid w:val="00B0295A"/>
    <w:rsid w:val="00B47730"/>
    <w:rsid w:val="00CA55C9"/>
    <w:rsid w:val="00CB0664"/>
    <w:rsid w:val="00D916D5"/>
    <w:rsid w:val="00DA7E5C"/>
    <w:rsid w:val="00DC5806"/>
    <w:rsid w:val="00E256EC"/>
    <w:rsid w:val="00EF15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CF1F4E"/>
  <w14:defaultImageDpi w14:val="300"/>
  <w15:docId w15:val="{45A6DF4B-E73F-455E-BFA7-65710D89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noProof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m.ostalski</cp:lastModifiedBy>
  <cp:revision>8</cp:revision>
  <dcterms:created xsi:type="dcterms:W3CDTF">2013-12-23T23:15:00Z</dcterms:created>
  <dcterms:modified xsi:type="dcterms:W3CDTF">2026-10-16T07:12:00Z</dcterms:modified>
  <cp:category/>
</cp:coreProperties>
</file>